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Teachers: Attendance Starts in the Classroom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9636E"/>
        </w:rPr>
        <w:t>45 minutes • Classroom teachers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456"/>
            <w:shd w:fill="F7F2FB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5C3B7D"/>
                <w:sz w:val="16"/>
              </w:rPr>
              <w:t>EDITABLE WORD</w:t>
            </w:r>
          </w:p>
        </w:tc>
        <w:tc>
          <w:tcPr>
            <w:tcW w:type="dxa" w:w="3456"/>
            <w:shd w:fill="EEF9F7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087F85"/>
                <w:sz w:val="16"/>
              </w:rPr>
              <w:t>FACILITATOR READY</w:t>
            </w:r>
          </w:p>
        </w:tc>
        <w:tc>
          <w:tcPr>
            <w:tcW w:type="dxa" w:w="3456"/>
            <w:shd w:fill="FFF8E5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76500"/>
                <w:sz w:val="16"/>
              </w:rPr>
              <w:t>COMPANION TO PPTX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Facilitator overview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</w:rPr>
        <w:t xml:space="preserve">Purpose: </w:t>
      </w:r>
      <w:r>
        <w:rPr>
          <w:rFonts w:ascii="Arial" w:hAnsi="Arial" w:eastAsia="Arial" w:cs="Arial"/>
        </w:rPr>
        <w:t>Use this guide alongside the editable PowerPoint. Adapt timings, examples and terminology to your setting. All content can be edited, rebranded or shortened.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Learning outcomes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Recognise the teacher contribution to attendance and belonging.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Use welcome-back and noticing practice effectively.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Know when and how to escalate concerns.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Suggested running order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Stage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Minutes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Facilitator move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Participant output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Welcome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Set purpose and role contribution.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One question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Core learning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12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Work through key slides.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Scenario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12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Discuss role-specific case.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Response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Practice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Use prompts/checklist.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Action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Close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6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Commit to one change.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Commitment</w:t>
            </w: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Key activities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Notice the pattern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Spot small changes in punctuality, participation or absence.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Welcome-back rehearsal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Practise a low-friction return conversation.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Micro-belonging audit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Identify two classroom routines that strengthen connection.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Scenario for discussion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A usually engaged pupil begins missing Monday lessons and becomes quiet on return. Their overall attendance has not yet triggered the school threshold. What can the classroom teacher do now?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would you do first? 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evidence would you need? 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Who else needs to be involved? 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Action planning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Choose one welcome-back routine to standardise.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Know the internal escalation route.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Identify one pupil whose pattern you will notice earlier.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By when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Evidence of impact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Reference prompts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For school-age provision, check the current DfE Working together to improve school attendance statutory guidance and current safeguarding guidance. For 16–19/FE, use current study-programme and funding guidance alongside your provider policies and inspection materials.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