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Strategic Attendance for SLT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9636E"/>
        </w:rPr>
        <w:t>90 minutes • Senior leaders, headteachers, principals and trust leaders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cantSplit/>
        </w:trPr>
        <w:tc>
          <w:tcPr>
            <w:tcW w:type="dxa" w:w="3456"/>
            <w:shd w:fill="F7F2FB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5C3B7D"/>
                <w:sz w:val="16"/>
              </w:rPr>
              <w:t>EDITABLE WORD</w:t>
            </w:r>
          </w:p>
        </w:tc>
        <w:tc>
          <w:tcPr>
            <w:tcW w:type="dxa" w:w="3456"/>
            <w:shd w:fill="EEF9F7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087F85"/>
                <w:sz w:val="16"/>
              </w:rPr>
              <w:t>FACILITATOR READY</w:t>
            </w:r>
          </w:p>
        </w:tc>
        <w:tc>
          <w:tcPr>
            <w:tcW w:type="dxa" w:w="3456"/>
            <w:shd w:fill="FFF8E5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76500"/>
                <w:sz w:val="16"/>
              </w:rPr>
              <w:t>COMPANION TO PPTX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Facilitator overview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</w:rPr>
        <w:t xml:space="preserve">Purpose: </w:t>
      </w:r>
      <w:r>
        <w:rPr>
          <w:rFonts w:ascii="Arial" w:hAnsi="Arial" w:eastAsia="Arial" w:cs="Arial"/>
        </w:rPr>
        <w:t>Use this guide alongside the editable PowerPoint. Adapt timings, examples and terminology to your setting. All content can be edited, rebranded or shortened.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Learning outcomes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Connect attendance to culture, inclusion, safeguarding and school improvement.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Use data to identify causes and priorities rather than simply describe rates.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Build a leadership operating rhythm that evaluates impact.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Suggested running order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Stage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Minutes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Facilitator move</w:t>
            </w:r>
          </w:p>
        </w:tc>
        <w:tc>
          <w:tcPr>
            <w:tcW w:type="dxa" w:w="2592"/>
            <w:shd w:fill="5C3B7D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Participant output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Welcome &amp; diagnostic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Set purpose; ask what currently gets in the way.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One priority question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learning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Work through slides and challenge assumptions.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Notes / questions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Applied activity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Use the role-specific scenario.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Agreed response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Tool practice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20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Complete the editable worksheet/action prompts.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Draft tool or action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Commitment &amp; close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15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Agree next steps and review point.</w:t>
            </w: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Personal/team commitment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Key activities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The 5-minute strategic diagnostic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Leaders identify whether the biggest current constraint is culture, data, systems, capacity or casework.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From metric to mechanism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Take one weak attendance figure and map the likely mechanisms underneath it.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Leadership cadence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Design the weekly, half-termly and termly attendance review cycle.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Facilitator notes: 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Scenario for discussion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 secondary school has improved first-day calling and letters, but persistent absence has barely changed. Leaders can describe which pupils are absent but cannot explain why interventions have not worked. What should SLT change?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would you do first? 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evidence would you need? 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else needs to be involved? 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Action planning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Name the three biggest strategic attendance questions for your setting.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Agree one system change and one pupil/family-facing change.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Set a review point with an impact measure.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cantSplit/>
        </w:trPr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2592"/>
            <w:shd w:fill="087F85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of impact</w:t>
            </w: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259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Reference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For school-age provision, check the current DfE Working together to improve school attendance statutory guidance and current safeguarding guidance. For 16–19/FE, use current study-programme and funding guidance alongside your provider policies and inspection materials.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