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Family Support Worker: Removing Barriers to Attendance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9636E"/>
        </w:rPr>
        <w:t>90 minutes • Family support workers, early-help and pastoral staff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456"/>
            <w:shd w:fill="F7F2FB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5C3B7D"/>
                <w:sz w:val="16"/>
              </w:rPr>
              <w:t>EDITABLE WORD</w:t>
            </w:r>
          </w:p>
        </w:tc>
        <w:tc>
          <w:tcPr>
            <w:tcW w:type="dxa" w:w="3456"/>
            <w:shd w:fill="EEF9F7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087F85"/>
                <w:sz w:val="16"/>
              </w:rPr>
              <w:t>FACILITATOR READY</w:t>
            </w:r>
          </w:p>
        </w:tc>
        <w:tc>
          <w:tcPr>
            <w:tcW w:type="dxa" w:w="3456"/>
            <w:shd w:fill="FFF8E5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76500"/>
                <w:sz w:val="16"/>
              </w:rPr>
              <w:t>COMPANION TO PPTX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Facilitator overview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</w:rPr>
        <w:t xml:space="preserve">Purpose: </w:t>
      </w:r>
      <w:r>
        <w:rPr>
          <w:rFonts w:ascii="Arial" w:hAnsi="Arial" w:eastAsia="Arial" w:cs="Arial"/>
        </w:rPr>
        <w:t>Use this guide alongside the editable PowerPoint. Adapt timings, examples and terminology to your setting. All content can be edited, rebranded or shortened.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Learning outcomes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Explore barriers without blame.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Translate family voice into practical attendance support.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Coordinate small, measurable actions across services.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Suggested running order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Stage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Minutes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Facilitator move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Participant output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Welcome &amp; diagnostic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Set purpose; ask what currently gets in the way.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One priority question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Core learning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25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Work through slides and challenge assumptions.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Notes / questions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Applied activity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Use the role-specific scenario.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Agreed response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Tool practice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Complete the editable worksheet/action prompts.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Draft tool or action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Commitment &amp; close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15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Agree next steps and review point.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Personal/team commitment</w:t>
            </w: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Key activities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Barrier conversation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Use strengths-based questions to understand what mornings and school days feel like.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Practical friction map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Identify transport, sleep, caring, finance, health, relationships or routines.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One-plan discipline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Reduce multiple agency actions into a small shared plan.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Scenario for discussion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A parent says every morning ends in conflict and that school “doesn’t understand”. The child has asthma, friendship difficulties and a long bus journey. Where should the family support worker start?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would you do first? 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evidence would you need? 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Who else needs to be involved? 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Action planning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Identify one friction point that can be reduced quickly.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Capture the child and family voice accurately.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Agree one shared review date with named owners.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By when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Evidence of impact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Reference prompts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For school-age provision, check the current DfE Working together to improve school attendance statutory guidance and current safeguarding guidance. For 16–19/FE, use current study-programme and funding guidance alongside your provider policies and inspection materials.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