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Family Attendance Support Plan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support-first plan to agree with families.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What is making attendance harder?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Capture the family and child/young person perspective in their own words.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What is already helping?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Strengths, trusted adults, successful days, routines and protective factors.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What school/college will do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Specific support, adjustments, check-ins, teaching/tutor actions and referrals.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What family will do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Realistic agreed actions.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What other services will do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Named service • action • contact • timescale.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How we will know things are improving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Use meaningful measures beyond attendance percentage where appropriate.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Review arrangements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Date, attendees and what will happen if the plan is not working.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