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Attendance Data Review Workbook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leadership worksheet for turning attendance data into questions and actions.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Headline measures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Overall attendance / participation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Persistent absence / severe absence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Retention / withdrawal (post-16)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By year, course, cohort and key group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Day/session/subject patterns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Pattern finding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is materially different? What is new? What is improving? What is deteriorating?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Data quality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Missing marks, unusual codes, denominator issues, timetable gaps, course transfers, duplicate records.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Priority cohort analysis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Cohort • pattern • likely barrier • evidence needed • action.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Impact review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Intervention • target group • starting point • current position • evidence of causality / contribution.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Leadership questions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do we need to know before we act? What is the smallest useful next analysis?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