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widowControl/>
        <w:jc w:val="center"/>
      </w:pPr>
      <w:r>
        <w:rPr>
          <w:rFonts w:ascii="Arial" w:hAnsi="Arial" w:eastAsia="Arial" w:cs="Arial"/>
        </w:rPr>
        <w:t>Attendance Case Conference Pack</w:t>
      </w:r>
    </w:p>
    <w:p>
      <w:pPr>
        <w:widowControl/>
        <w:spacing w:before="0" w:after="40" w:line="240" w:lineRule="auto"/>
        <w:jc w:val="center"/>
      </w:pPr>
      <w:r>
        <w:rPr>
          <w:rFonts w:ascii="Arial" w:hAnsi="Arial" w:eastAsia="Arial" w:cs="Arial"/>
          <w:i/>
          <w:color w:val="5B6470"/>
          <w:sz w:val="22"/>
        </w:rPr>
        <w:t>A structured multi-professional case review template.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85"/>
        <w:gridCol w:w="3485"/>
        <w:gridCol w:w="3485"/>
      </w:tblGrid>
      <w:tr>
        <w:trPr>
          <w:cantSplit/>
        </w:trPr>
        <w:tc>
          <w:tcPr>
            <w:tcW w:type="dxa" w:w="3485"/>
            <w:shd w:fill="F4F3FF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4C4FA3"/>
                <w:sz w:val="16"/>
              </w:rPr>
              <w:t>EDITABLE RESOURCE</w:t>
            </w:r>
          </w:p>
        </w:tc>
        <w:tc>
          <w:tcPr>
            <w:tcW w:type="dxa" w:w="3485"/>
            <w:shd w:fill="EDF8F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147D83"/>
                <w:sz w:val="16"/>
              </w:rPr>
              <w:t>PRACTICE + ASSURANCE</w:t>
            </w:r>
          </w:p>
        </w:tc>
        <w:tc>
          <w:tcPr>
            <w:tcW w:type="dxa" w:w="3485"/>
            <w:shd w:fill="FFF8E6"/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before="0" w:after="14" w:line="240" w:lineRule="auto"/>
              <w:jc w:val="center"/>
            </w:pPr>
            <w:r>
              <w:rPr>
                <w:rFonts w:ascii="Arial" w:hAnsi="Arial" w:eastAsia="Arial" w:cs="Arial"/>
                <w:b/>
                <w:color w:val="8A6A00"/>
                <w:sz w:val="16"/>
              </w:rPr>
              <w:t>MEMBER TOOL</w:t>
            </w:r>
          </w:p>
        </w:tc>
      </w:tr>
    </w:tbl>
    <w:p>
      <w:pPr>
        <w:widowControl/>
        <w:spacing w:before="0" w:after="0" w:line="240" w:lineRule="auto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4F3FF"/>
            <w:tcBorders>
              <w:top w:val="single" w:sz="4" w:color="F4F3FF"/>
              <w:left w:val="single" w:sz="4" w:color="F4F3FF"/>
              <w:bottom w:val="single" w:sz="4" w:color="F4F3FF"/>
              <w:right w:val="single" w:sz="4" w:color="F4F3FF"/>
            </w:tcBorders>
            <w:tcMar>
              <w:top w:w="35" w:type="dxa"/>
              <w:start w:w="55" w:type="dxa"/>
              <w:bottom w:w="35" w:type="dxa"/>
              <w:end w:w="55" w:type="dxa"/>
            </w:tcMar>
          </w:tcPr>
          <w:p>
            <w:pPr>
              <w:widowControl/>
              <w:spacing w:after="14" w:before="0" w:line="240" w:lineRule="auto"/>
            </w:pPr>
            <w:r>
              <w:rPr>
                <w:rFonts w:ascii="Arial" w:hAnsi="Arial" w:eastAsia="Arial" w:cs="Arial"/>
                <w:b/>
                <w:sz w:val="16"/>
              </w:rPr>
              <w:t>This document is deliberately editable. Replace the prompts, add your branding and adapt thresholds to your setting. Remove any sections you do not need.</w:t>
            </w:r>
          </w:p>
        </w:tc>
      </w:tr>
    </w:tbl>
    <w:p>
      <w:pPr>
        <w:widowControl/>
        <w:spacing w:before="0" w:after="0" w:line="240" w:lineRule="auto"/>
      </w:pP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Pupil / learner and context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Name/ID, year/course, key adults, attendance/engagement pattern, safeguarding status.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Barrier hypothesis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Health / medical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SEND / neurodiversity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Anxiety / emotional wellbeing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Relationships / bullying / belonging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Family circumstances / caring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Transport / finance / housing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Behaviour / exclusion / curriculum fit</w:t>
      </w:r>
    </w:p>
    <w:p>
      <w:pPr>
        <w:pStyle w:val="ListBullet"/>
        <w:widowControl/>
        <w:spacing w:before="0" w:after="40" w:line="240" w:lineRule="auto"/>
      </w:pPr>
      <w:r>
        <w:rPr>
          <w:rFonts w:ascii="Arial" w:hAnsi="Arial" w:eastAsia="Arial" w:cs="Arial"/>
        </w:rPr>
        <w:t>Unknown / requires assessment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Voice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does the pupil/student say? What does the family say?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What has already been tried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Action • date • owner • engagement • impact.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Agency map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Who is involved? What are they contributing? Where are the gaps?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Plan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Maximum five actions with owner, deadline and success measure.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pStyle w:val="Heading1"/>
        <w:keepNext/>
        <w:keepLines/>
        <w:widowControl/>
      </w:pPr>
      <w:r>
        <w:rPr>
          <w:rFonts w:ascii="Arial" w:hAnsi="Arial" w:eastAsia="Arial" w:cs="Arial"/>
        </w:rPr>
        <w:t>Review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What changed? What did not? What needs to escalate, stop or be redesigned?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p>
      <w:pPr>
        <w:widowControl/>
        <w:spacing w:before="0" w:after="40" w:line="240" w:lineRule="auto"/>
      </w:pPr>
      <w:r>
        <w:rPr>
          <w:rFonts w:ascii="Arial" w:hAnsi="Arial" w:eastAsia="Arial" w:cs="Arial"/>
        </w:rPr>
        <w:t>________________________________________________________________________________</w:t>
      </w:r>
    </w:p>
    <w:sectPr w:rsidR="00FC693F" w:rsidRPr="0006063C" w:rsidSect="00034616">
      <w:footerReference w:type="default" r:id="rId9"/>
      <w:headerReference w:type="default" r:id="rId10"/>
      <w:pgSz w:w="12240" w:h="15840"/>
      <w:pgMar w:top="835" w:right="893" w:bottom="749" w:left="893" w:header="259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 w:cs="Arial"/>
        <w:color w:val="6A7280"/>
        <w:sz w:val="14"/>
      </w:rPr>
      <w:t>National Attendance Portal • Ultra Premium • Fully editable member resource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5040"/>
      <w:gridCol w:w="5040"/>
    </w:tblGrid>
    <w:tr>
      <w:tc>
        <w:tcPr>
          <w:tcW w:type="dxa" w:w="893"/>
          <w:shd w:fill="5C3B7D"/>
          <w:tcMar>
            <w:top w:w="25" w:type="dxa"/>
            <w:start w:w="55" w:type="dxa"/>
            <w:bottom w:w="25" w:type="dxa"/>
            <w:end w:w="55" w:type="dxa"/>
          </w:tcMar>
          <w:vAlign w:val="center"/>
        </w:tcPr>
        <w:p>
          <w:pPr>
            <w:spacing w:after="0" w:before="0"/>
            <w:jc w:val="center"/>
          </w:pPr>
          <w:r>
            <w:rPr>
              <w:rFonts w:ascii="Arial" w:hAnsi="Arial" w:eastAsia="Arial" w:cs="Arial"/>
              <w:b/>
              <w:color w:val="FFFFFF"/>
              <w:sz w:val="18"/>
            </w:rPr>
            <w:t>NAP</w:t>
          </w:r>
        </w:p>
      </w:tc>
      <w:tc>
        <w:tcPr>
          <w:tcW w:type="dxa" w:w="9000"/>
          <w:shd w:fill="FFFFFF"/>
          <w:tcMar>
            <w:top w:w="5" w:type="dxa"/>
            <w:start w:w="80" w:type="dxa"/>
            <w:bottom w:w="5" w:type="dxa"/>
            <w:end w:w="40" w:type="dxa"/>
          </w:tcMar>
          <w:vAlign w:val="center"/>
        </w:tcPr>
        <w:p>
          <w:pPr>
            <w:spacing w:after="0" w:before="0"/>
          </w:pPr>
          <w:r>
            <w:rPr>
              <w:rFonts w:ascii="Arial" w:hAnsi="Arial" w:eastAsia="Arial" w:cs="Arial"/>
              <w:b/>
              <w:color w:val="087F85"/>
              <w:sz w:val="15"/>
            </w:rPr>
            <w:t>NATIONAL ATTENDANCE PORTAL</w:t>
          </w:r>
          <w:r>
            <w:rPr>
              <w:rFonts w:ascii="Arial" w:hAnsi="Arial" w:eastAsia="Arial" w:cs="Arial"/>
              <w:b/>
              <w:color w:val="5C3B7D"/>
              <w:sz w:val="14"/>
            </w:rPr>
            <w:t xml:space="preserve">   •   ULTRA PREMIUM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44" w:line="240" w:lineRule="auto"/>
    </w:pPr>
    <w:rPr>
      <w:rFonts w:ascii="Arial" w:hAnsi="Arial" w:eastAsia="Arial" w:cs="Arial"/>
      <w:color w:val="1B2430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 w:eastAsia="Arial" w:cs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 w:eastAsia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100" w:after="3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80" w:after="2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color w:val="5C3B7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 w:eastAsia="Arial" w:cs="Arial"/>
    </w:rPr>
  </w:style>
  <w:style w:type="table" w:default="1" w:styleId="TableNormal">
    <w:name w:val="Normal Table"/>
    <w:uiPriority w:val="99"/>
    <w:semiHidden/>
    <w:unhideWhenUsed/>
    <w:rPr>
      <w:rFonts w:ascii="Arial" w:hAnsi="Arial" w:eastAsia="Arial" w:cs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 w:eastAsia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 w:eastAsia="Arial" w:cs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 w:cs="Arial"/>
      <w:b/>
      <w:color w:val="5C3B7D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 w:eastAsia="Arial" w:cs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 w:eastAsia="Arial" w:cs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 w:eastAsia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 w:eastAsia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 w:eastAsia="Arial" w:cs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 w:eastAsia="Arial" w:cs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 w:eastAsia="Arial" w:cs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 w:eastAsia="Arial" w:cs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 w:eastAsia="Arial" w:cs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 w:eastAsia="Arial" w:cs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 w:eastAsia="Arial" w:cs="Arial"/>
    </w:r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2">
    <w:name w:val="List Bullet 2"/>
    <w:basedOn w:val="Normal"/>
    <w:uiPriority w:val="99"/>
    <w:unhideWhenUsed/>
    <w:rsid w:val="00326F90"/>
    <w:pPr>
      <w:widowControl/>
      <w:numPr>
        <w:numId w:val="2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 w:eastAsia="Arial" w:cs="Arial"/>
    </w:r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10" w:line="240" w:lineRule="auto"/>
      <w:contextualSpacing/>
    </w:pPr>
    <w:rPr>
      <w:rFonts w:ascii="Arial" w:hAnsi="Arial" w:eastAsia="Arial" w:cs="Arial"/>
      <w:sz w:val="17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 w:eastAsia="Arial" w:cs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 w:eastAsia="Arial" w:cs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 w:eastAsia="Arial" w:cs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 w:eastAsia="Arial" w:cs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 w:eastAsia="Arial" w:cs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 w:eastAsia="Arial" w:cs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 w:eastAsia="Arial" w:cs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 w:eastAsia="Arial" w:cs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 w:eastAsia="Arial" w:cs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 w:eastAsia="Arial" w:cs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 w:eastAsia="Arial" w:cs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 w:eastAsia="Arial" w:cs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 w:eastAsia="Arial" w:cs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 w:eastAsia="Arial" w:cs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 w:eastAsia="Arial" w:cs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 w:eastAsia="Arial" w:cs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 w:eastAsia="Arial" w:cs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 w:eastAsia="Arial" w:cs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 w:eastAsia="Arial" w:cs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 w:eastAsia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 w:eastAsia="Arial" w:cs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 w:eastAsia="Arial" w:cs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 w:eastAsia="Arial" w:cs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 w:eastAsia="Arial" w:cs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